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REFORMASPRO</w:t>
      </w:r>
    </w:p>
    <w:p>
      <w:pPr>
        <w:jc w:val="center"/>
      </w:pPr>
      <w:r>
        <w:rPr>
          <w:b/>
          <w:sz w:val="40"/>
        </w:rPr>
        <w:t>MODELO ORIENTATIVO DE CONTRATO DE OBRA</w:t>
      </w:r>
    </w:p>
    <w:p>
      <w:pPr>
        <w:jc w:val="center"/>
      </w:pPr>
      <w:r>
        <w:rPr>
          <w:i/>
        </w:rPr>
        <w:t>Para reformas y trabajos de construcción</w:t>
      </w:r>
    </w:p>
    <w:p>
      <w:r>
        <w:t>Plantilla editable para adaptar a cada obra. Completa todos los campos antes de firmar. El presupuesto aceptado y los anexos identificados forman parte de la documentación contractual.</w:t>
      </w:r>
    </w:p>
    <w:p>
      <w:pPr>
        <w:pStyle w:val="Heading1"/>
      </w:pPr>
      <w:r>
        <w:t>1. PARTES CONTRATANTES</w:t>
      </w:r>
    </w:p>
    <w:p>
      <w:r>
        <w:rPr>
          <w:b/>
        </w:rPr>
        <w:t>IDENTIFICACIÓN DEL DOCUMENTO</w:t>
      </w:r>
    </w:p>
    <w:p>
      <w:r>
        <w:rPr>
          <w:b w:val="0"/>
        </w:rPr>
        <w:t>N.º de contrato: ____________________    Fecha: ____ / ____ / ______</w:t>
      </w:r>
    </w:p>
    <w:p>
      <w:r>
        <w:rPr>
          <w:b w:val="0"/>
        </w:rPr>
        <w:t>Presupuesto de referencia n.º: ____________________    Fecha del presupuesto: ____ / ____ / ______</w:t>
      </w:r>
    </w:p>
    <w:p>
      <w:r>
        <w:rPr>
          <w:b w:val="0"/>
        </w:rPr>
        <w:t>Fecha de aceptación del presupuesto: ____ / ____ / ______</w:t>
      </w:r>
    </w:p>
    <w:p>
      <w:r>
        <w:rPr>
          <w:b w:val="0"/>
        </w:rPr>
        <w:t>Documentos que forman parte del contrato:  ☐ Presupuesto  ☐ Planos/memoria  ☐ Mediciones  ☐ Otros: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PROFESIONAL / EMPRESA</w:t>
            </w:r>
          </w:p>
        </w:tc>
        <w:tc>
          <w:tcPr>
            <w:tcW w:type="dxa" w:w="4986"/>
          </w:tcPr>
          <w:p>
            <w:r>
              <w:t>Nombre o razón social: ______________________________</w:t>
            </w:r>
          </w:p>
        </w:tc>
      </w:tr>
      <w:tr>
        <w:tc>
          <w:tcPr>
            <w:tcW w:type="dxa" w:w="4986"/>
          </w:tcPr>
          <w:p>
            <w:r>
              <w:t>NIF/CIF</w:t>
            </w:r>
          </w:p>
        </w:tc>
        <w:tc>
          <w:tcPr>
            <w:tcW w:type="dxa" w:w="4986"/>
          </w:tcPr>
          <w:p>
            <w:r>
              <w:t>______________________________</w:t>
            </w:r>
          </w:p>
        </w:tc>
      </w:tr>
      <w:tr>
        <w:tc>
          <w:tcPr>
            <w:tcW w:type="dxa" w:w="4986"/>
          </w:tcPr>
          <w:p>
            <w:r>
              <w:t>DOMICILIO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TELÉFONO / EMAIL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CLIENTE</w:t>
            </w:r>
          </w:p>
        </w:tc>
        <w:tc>
          <w:tcPr>
            <w:tcW w:type="dxa" w:w="4986"/>
          </w:tcPr>
          <w:p>
            <w:r>
              <w:t>Nombre y apellidos / razón social: ____________________</w:t>
            </w:r>
          </w:p>
        </w:tc>
      </w:tr>
      <w:tr>
        <w:tc>
          <w:tcPr>
            <w:tcW w:type="dxa" w:w="4986"/>
          </w:tcPr>
          <w:p>
            <w:r>
              <w:t>DNI/NIF/CIF</w:t>
            </w:r>
          </w:p>
        </w:tc>
        <w:tc>
          <w:tcPr>
            <w:tcW w:type="dxa" w:w="4986"/>
          </w:tcPr>
          <w:p>
            <w:r>
              <w:t>______________________________</w:t>
            </w:r>
          </w:p>
        </w:tc>
      </w:tr>
      <w:tr>
        <w:tc>
          <w:tcPr>
            <w:tcW w:type="dxa" w:w="4986"/>
          </w:tcPr>
          <w:p>
            <w:r>
              <w:t>DOMICILIO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TELÉFONO / EMAIL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pPr>
        <w:pStyle w:val="Heading1"/>
      </w:pPr>
      <w:r>
        <w:t>2. IDENTIFICACIÓN DE LA OBRA</w:t>
      </w:r>
    </w:p>
    <w:p>
      <w:r>
        <w:rPr>
          <w:b/>
        </w:rPr>
        <w:t>Estado inicial / antecedentes relevantes: ____________________________________________________</w:t>
      </w:r>
    </w:p>
    <w:p>
      <w:r>
        <w:rPr>
          <w:b w:val="0"/>
        </w:rPr>
        <w:t>Uso previsto del inmueble: ____________________    Estancias afectadas: ____________________</w:t>
      </w:r>
    </w:p>
    <w:p>
      <w:r>
        <w:rPr>
          <w:b w:val="0"/>
        </w:rPr>
        <w:t>Fecha prevista de inicio: ____ / ____ / ______    Fecha estimada de finalización: ____ / ____ / 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DIRECCIÓN DE LA OBRA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TIPO / DESCRIPCIÓN GENERAL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PRESUPUESTO Nº / FECHA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r>
        <w:t>El presente contrato tiene por objeto la ejecución de los trabajos descritos en el presupuesto aceptado y en los anexos que se incorporen y sean aceptados por las partes.</w:t>
      </w:r>
    </w:p>
    <w:p>
      <w:pPr>
        <w:pStyle w:val="Heading1"/>
      </w:pPr>
      <w:r>
        <w:t>3. ALCANCE DE LOS TRABAJOS</w:t>
      </w:r>
    </w:p>
    <w:p>
      <w:r>
        <w:rPr>
          <w:b/>
        </w:rPr>
        <w:t>Descripción detallada / memoria de trabajos: ____________________________________________________</w:t>
      </w:r>
    </w:p>
    <w:p>
      <w:r>
        <w:rPr>
          <w:b w:val="0"/>
        </w:rPr>
        <w:t>______________________________________________________________________________________</w:t>
      </w:r>
    </w:p>
    <w:p>
      <w:r>
        <w:rPr>
          <w:b w:val="0"/>
        </w:rPr>
        <w:t>La descripción del presupuesto, mediciones, planos o memoria adjuntos prevalecerá para concretar el alcance cuando formen parte del contrato.</w:t>
      </w:r>
    </w:p>
    <w:p>
      <w:r>
        <w:t>Descripción y alcance de los trabajos incluidos: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pPr>
        <w:pStyle w:val="Heading1"/>
      </w:pPr>
      <w:r>
        <w:t>4. MATERIALES Y SUMINISTROS</w:t>
      </w:r>
    </w:p>
    <w:p>
      <w:r>
        <w:rPr>
          <w:b/>
        </w:rPr>
        <w:t>Marcas/modelos/calidades acordadas: ______________________________________________________</w:t>
      </w:r>
    </w:p>
    <w:p>
      <w:r>
        <w:rPr>
          <w:b w:val="0"/>
        </w:rPr>
        <w:t>Materiales aportados por el cliente: _____________________________________________________</w:t>
      </w:r>
    </w:p>
    <w:p>
      <w:r>
        <w:rPr>
          <w:b w:val="0"/>
        </w:rPr>
        <w:t>Plazos de suministro relevantes: __________________________________________________________</w:t>
      </w:r>
    </w:p>
    <w:p>
      <w:r>
        <w:rPr>
          <w:b w:val="0"/>
        </w:rPr>
        <w:t>Los cambios de modelo, calidad o elección solicitados posteriormente por el cliente podrán implicar diferencias de precio y/o plazo, previa aceptación.</w:t>
      </w:r>
    </w:p>
    <w:p>
      <w:r>
        <w:t>Los materiales, marcas, modelos, calidades y cantidades serán los indicados en el presupuesto y/o anexos.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APORTADOS POR EL PROFESIONAL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APORTADOS POR EL CLIENTE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r>
        <w:t>Los cambios de materiales que afecten al precio, alcance, calidad o características de la obra deberán identificarse y ser aceptados por las partes antes de su ejecución cuando sea posible.</w:t>
      </w:r>
    </w:p>
    <w:p>
      <w:pPr>
        <w:pStyle w:val="Heading1"/>
      </w:pPr>
      <w:r>
        <w:t>5. PRECIO Y FORMA DE PAGO</w:t>
      </w:r>
    </w:p>
    <w:p>
      <w:r>
        <w:rPr>
          <w:b/>
        </w:rPr>
        <w:t>RESUMEN ECONÓMICO</w:t>
      </w:r>
    </w:p>
    <w:p>
      <w:r>
        <w:rPr>
          <w:b w:val="0"/>
        </w:rPr>
        <w:t>Base imponible: ____________________ €</w:t>
      </w:r>
    </w:p>
    <w:p>
      <w:r>
        <w:rPr>
          <w:b w:val="0"/>
        </w:rPr>
        <w:t>IVA aplicado: ______ %    Importe IVA: ____________________ €</w:t>
      </w:r>
    </w:p>
    <w:p>
      <w:r>
        <w:rPr>
          <w:b w:val="0"/>
        </w:rPr>
        <w:t>TOTAL CONTRATO: ____________________ €</w:t>
      </w:r>
    </w:p>
    <w:p>
      <w:r>
        <w:rPr>
          <w:b w:val="0"/>
        </w:rPr>
        <w:t>Presupuesto aceptado por el cliente:  ☐ Sí  ☐ No</w:t>
      </w:r>
    </w:p>
    <w:p>
      <w:r>
        <w:rPr>
          <w:b w:val="0"/>
        </w:rPr>
        <w:t>Forma de pago / hitos: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PRECIO BASE</w:t>
            </w:r>
          </w:p>
        </w:tc>
        <w:tc>
          <w:tcPr>
            <w:tcW w:type="dxa" w:w="4986"/>
          </w:tcPr>
          <w:p>
            <w:r>
              <w:t>________________ €</w:t>
            </w:r>
          </w:p>
        </w:tc>
      </w:tr>
      <w:tr>
        <w:tc>
          <w:tcPr>
            <w:tcW w:type="dxa" w:w="4986"/>
          </w:tcPr>
          <w:p>
            <w:r>
              <w:t>IVA</w:t>
            </w:r>
          </w:p>
        </w:tc>
        <w:tc>
          <w:tcPr>
            <w:tcW w:type="dxa" w:w="4986"/>
          </w:tcPr>
          <w:p>
            <w:r>
              <w:t>________________ €</w:t>
            </w:r>
          </w:p>
        </w:tc>
      </w:tr>
      <w:tr>
        <w:tc>
          <w:tcPr>
            <w:tcW w:type="dxa" w:w="4986"/>
          </w:tcPr>
          <w:p>
            <w:r>
              <w:t>PRECIO TOTAL</w:t>
            </w:r>
          </w:p>
        </w:tc>
        <w:tc>
          <w:tcPr>
            <w:tcW w:type="dxa" w:w="4986"/>
          </w:tcPr>
          <w:p>
            <w:r>
              <w:t>________________ €</w:t>
            </w:r>
          </w:p>
        </w:tc>
      </w:tr>
    </w:tbl>
    <w:p>
      <w:r>
        <w:t>Calendario de pagos pactado: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PAGO 1</w:t>
            </w:r>
          </w:p>
        </w:tc>
        <w:tc>
          <w:tcPr>
            <w:tcW w:type="dxa" w:w="4986"/>
          </w:tcPr>
          <w:p>
            <w:r>
              <w:t>Concepto: __________________  Importe: __________ €  Fecha/condición: __________________</w:t>
            </w:r>
          </w:p>
        </w:tc>
      </w:tr>
      <w:tr>
        <w:tc>
          <w:tcPr>
            <w:tcW w:type="dxa" w:w="4986"/>
          </w:tcPr>
          <w:p>
            <w:r>
              <w:t>PAGO 2</w:t>
            </w:r>
          </w:p>
        </w:tc>
        <w:tc>
          <w:tcPr>
            <w:tcW w:type="dxa" w:w="4986"/>
          </w:tcPr>
          <w:p>
            <w:r>
              <w:t>Concepto: __________________  Importe: __________ €  Fecha/condición: __________________</w:t>
            </w:r>
          </w:p>
        </w:tc>
      </w:tr>
      <w:tr>
        <w:tc>
          <w:tcPr>
            <w:tcW w:type="dxa" w:w="4986"/>
          </w:tcPr>
          <w:p>
            <w:r>
              <w:t>PAGO 3</w:t>
            </w:r>
          </w:p>
        </w:tc>
        <w:tc>
          <w:tcPr>
            <w:tcW w:type="dxa" w:w="4986"/>
          </w:tcPr>
          <w:p>
            <w:r>
              <w:t>Concepto: __________________  Importe: __________ €  Fecha/condición: __________________</w:t>
            </w:r>
          </w:p>
        </w:tc>
      </w:tr>
      <w:tr>
        <w:tc>
          <w:tcPr>
            <w:tcW w:type="dxa" w:w="4986"/>
          </w:tcPr>
          <w:p>
            <w:r>
              <w:t>PAGO 4</w:t>
            </w:r>
          </w:p>
        </w:tc>
        <w:tc>
          <w:tcPr>
            <w:tcW w:type="dxa" w:w="4986"/>
          </w:tcPr>
          <w:p>
            <w:r>
              <w:t>Concepto: __________________  Importe: __________ €  Fecha/condición: __________________</w:t>
            </w:r>
          </w:p>
        </w:tc>
      </w:tr>
    </w:tbl>
    <w:p>
      <w:r>
        <w:t>Medio(s) de pago: _______________________________________________</w:t>
      </w:r>
    </w:p>
    <w:p>
      <w:r>
        <w:t>El precio corresponde al alcance contratado. Los trabajos adicionales o cambios de alcance se documentarán conforme al apartado 8.</w:t>
      </w:r>
    </w:p>
    <w:p>
      <w:pPr>
        <w:pStyle w:val="Heading1"/>
      </w:pPr>
      <w:r>
        <w:t>6. PLAZO DE EJECUCIÓN</w:t>
      </w:r>
    </w:p>
    <w:p>
      <w:r>
        <w:rPr>
          <w:b/>
        </w:rPr>
        <w:t>Condiciones para el inicio: disponibilidad del inmueble, acceso, suministro de agua/electricidad cuando sean necesarios, materiales y permisos que correspondan.</w:t>
      </w:r>
    </w:p>
    <w:p>
      <w:r>
        <w:rPr>
          <w:b w:val="0"/>
        </w:rPr>
        <w:t>Podrán afectar al plazo los trabajos adicionales autorizados, cambios solicitados, retrasos de suministros, actuaciones de terceros, incidencias ocultas no apreciables inicialmente y causas de fuerza mayor, dejando constancia cuando proceda.</w:t>
      </w:r>
    </w:p>
    <w:p>
      <w:r>
        <w:rPr>
          <w:b w:val="0"/>
        </w:rPr>
        <w:t>Horario de trabajo acordado: 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FECHA PREVISTA DE INICIO</w:t>
            </w:r>
          </w:p>
        </w:tc>
        <w:tc>
          <w:tcPr>
            <w:tcW w:type="dxa" w:w="4986"/>
          </w:tcPr>
          <w:p>
            <w:r>
              <w:t>____ / ____ / ______</w:t>
            </w:r>
          </w:p>
        </w:tc>
      </w:tr>
      <w:tr>
        <w:tc>
          <w:tcPr>
            <w:tcW w:type="dxa" w:w="4986"/>
          </w:tcPr>
          <w:p>
            <w:r>
              <w:t>DURACIÓN ESTIMADA</w:t>
            </w:r>
          </w:p>
        </w:tc>
        <w:tc>
          <w:tcPr>
            <w:tcW w:type="dxa" w:w="4986"/>
          </w:tcPr>
          <w:p>
            <w:r>
              <w:t>______________________________</w:t>
            </w:r>
          </w:p>
        </w:tc>
      </w:tr>
      <w:tr>
        <w:tc>
          <w:tcPr>
            <w:tcW w:type="dxa" w:w="4986"/>
          </w:tcPr>
          <w:p>
            <w:r>
              <w:t>FECHA PREVISTA DE FINALIZACIÓN</w:t>
            </w:r>
          </w:p>
        </w:tc>
        <w:tc>
          <w:tcPr>
            <w:tcW w:type="dxa" w:w="4986"/>
          </w:tcPr>
          <w:p>
            <w:r>
              <w:t>____ / ____ / ______</w:t>
            </w:r>
          </w:p>
        </w:tc>
      </w:tr>
    </w:tbl>
    <w:p>
      <w:r>
        <w:t>Las fechas se establecen conforme a lo pactado. Podrán ajustarse por causas no imputables al profesional, como modificaciones del cliente, retrasos de suministros no imputables al profesional, fuerza mayor, falta de acceso o circunstancias ocultas del inmueble. Estas incidencias se comunicarán y, cuando proceda, se documentará la nueva previsión.</w:t>
      </w:r>
    </w:p>
    <w:p>
      <w:pPr>
        <w:pStyle w:val="Heading1"/>
      </w:pPr>
      <w:r>
        <w:t>7. TRABAJOS Y CONCEPTOS NO INCLUIDOS</w:t>
      </w:r>
    </w:p>
    <w:p>
      <w:r>
        <w:rPr>
          <w:b/>
        </w:rPr>
        <w:t>Listado específico de exclusiones: ______________________________________________________</w:t>
      </w:r>
    </w:p>
    <w:p>
      <w:r>
        <w:rPr>
          <w:b w:val="0"/>
        </w:rPr>
        <w:t>______________________________________________________________________________________</w:t>
      </w:r>
    </w:p>
    <w:p>
      <w:r>
        <w:rPr>
          <w:b w:val="0"/>
        </w:rPr>
        <w:t>Gestiones/documentación no incluidas: __________________________________________________</w:t>
      </w:r>
    </w:p>
    <w:p>
      <w:r>
        <w:rPr>
          <w:b w:val="0"/>
        </w:rPr>
        <w:t>Suministros o trabajos de terceros no incluidos: __________________________________________</w:t>
      </w:r>
    </w:p>
    <w:p>
      <w:r>
        <w:t>Quedan expresamente fuera del precio y alcance contratado: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pPr>
        <w:pStyle w:val="Heading1"/>
      </w:pPr>
      <w:r>
        <w:t>8. MODIFICACIONES, IMPREVISTOS Y TRABAJOS ADICIONALES</w:t>
      </w:r>
    </w:p>
    <w:p>
      <w:r>
        <w:rPr>
          <w:b/>
        </w:rPr>
        <w:t>No se considerará incluido ningún trabajo adicional por el mero hecho de resultar conveniente durante la ejecución. Cuando sea posible, se documentará previamente su descripción, precio y posible incidencia en el plazo.</w:t>
      </w:r>
    </w:p>
    <w:p>
      <w:r>
        <w:rPr>
          <w:b w:val="0"/>
        </w:rPr>
        <w:t>Trabajos adicionales autorizados mediante presupuesto/anexo/comunicación aceptada: ☐ Sí ☐ No</w:t>
      </w:r>
    </w:p>
    <w:p>
      <w:r>
        <w:rPr>
          <w:b/>
        </w:rPr>
        <w:t>REGISTRO DE MODIFICACIONES Y TRABAJOS ADICIONALES</w:t>
      </w:r>
    </w:p>
    <w:p>
      <w:r>
        <w:rPr>
          <w:b w:val="0"/>
        </w:rPr>
        <w:t>Descripción: __________________________________________________________________________</w:t>
      </w:r>
    </w:p>
    <w:p>
      <w:r>
        <w:rPr>
          <w:b w:val="0"/>
        </w:rPr>
        <w:t>Importe adicional: ____________________ € + IVA</w:t>
      </w:r>
    </w:p>
    <w:p>
      <w:r>
        <w:rPr>
          <w:b w:val="0"/>
        </w:rPr>
        <w:t>Aceptación del cliente:  ☐ Sí  ☐ No    Fecha: ____ / ____ / ______</w:t>
      </w:r>
    </w:p>
    <w:p>
      <w:r>
        <w:rPr>
          <w:b w:val="0"/>
        </w:rPr>
        <w:t>Medio de aceptación:  ☐ Firma  ☐ Correo electrónico  ☐ Mensajería  ☐ Otro: ______________</w:t>
      </w:r>
    </w:p>
    <w:p>
      <w:r>
        <w:rPr>
          <w:b w:val="0"/>
        </w:rPr>
        <w:t>Observaciones: _______________________________________________________________________</w:t>
      </w:r>
    </w:p>
    <w:p>
      <w:r>
        <w:t>Los trabajos, suministros o modificaciones no incluidos inicialmente deberán ser valorados y, antes de su ejecución cuando sea posible, aceptados por el cliente. La aceptación podrá constar en presupuesto adicional, anexo firmado, correo electrónico u otro soporte duradero que permita acreditar el acuerdo.</w:t>
      </w:r>
    </w:p>
    <w:p>
      <w:r>
        <w:t>Si aparecen circunstancias ocultas o imprevisibles que hagan necesarios trabajos no previstos, el profesional informará de su naturaleza y del impacto previsto en precio y/o plazo, y solicitará la aceptación del cliente cuando sea posible.</w:t>
      </w:r>
    </w:p>
    <w:p>
      <w:r>
        <w:t>Observaciones / procedimiento acordado: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pPr>
        <w:pStyle w:val="Heading1"/>
      </w:pPr>
      <w:r>
        <w:t>9. LICENCIAS, PERMISOS Y ACTUACIONES PREVIAS</w:t>
      </w:r>
    </w:p>
    <w:p>
      <w:r>
        <w:rPr>
          <w:b/>
        </w:rPr>
        <w:t>Licencias / permisos / tasas: ☐ A cargo del cliente ☐ A cargo del profesional ☐ Según presupuesto/anexo</w:t>
      </w:r>
    </w:p>
    <w:p>
      <w:r>
        <w:rPr>
          <w:b w:val="0"/>
        </w:rPr>
        <w:t>Responsable de su tramitación: __________________________________________________________</w:t>
      </w:r>
    </w:p>
    <w:p>
      <w:r>
        <w:rPr>
          <w:b w:val="0"/>
        </w:rPr>
        <w:t>El contrato deberá adaptarse a las obligaciones administrativas concretas de la obra y del municipio.</w:t>
      </w:r>
    </w:p>
    <w:p>
      <w:r>
        <w:t>La gestión y el coste de licencias, permisos, tasas, proyectos, certificados o autorizaciones necesarios corresponderán 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A CARGO DEL PROFESIONAL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A CARGO DEL CLIENTE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OTRAS CONDICIONES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r>
        <w:t>Esta asignación no exime de las obligaciones legales que correspondan a cada parte.</w:t>
      </w:r>
    </w:p>
    <w:p>
      <w:pPr>
        <w:pStyle w:val="Heading1"/>
      </w:pPr>
      <w:r>
        <w:t>10. CONDICIONES DEL INMUEBLE Y ACCESO</w:t>
      </w:r>
    </w:p>
    <w:p>
      <w:r>
        <w:rPr>
          <w:b/>
        </w:rPr>
        <w:t>Llaves / acceso: ______________________________________________________________________</w:t>
      </w:r>
    </w:p>
    <w:p>
      <w:r>
        <w:rPr>
          <w:b w:val="0"/>
        </w:rPr>
        <w:t>Personas autorizadas para dar instrucciones o aprobar modificaciones: _________________________</w:t>
      </w:r>
    </w:p>
    <w:p>
      <w:r>
        <w:rPr>
          <w:b w:val="0"/>
        </w:rPr>
        <w:t>El cliente comunicará antes del inicio cualquier circunstancia conocida que pueda afectar a la ejecución (instalaciones ocultas, humedades, restricciones de comunidad, etc.).</w:t>
      </w:r>
    </w:p>
    <w:p>
      <w:r>
        <w:rPr>
          <w:b w:val="0"/>
        </w:rPr>
        <w:t>Cuando aparezcan condiciones ocultas no razonablemente detectables al contratar, se informará al cliente y, cuando corresponda, se presupuestará la actuación necesaria.</w:t>
      </w:r>
    </w:p>
    <w:p>
      <w:r>
        <w:t>El cliente facilitará el acceso al inmueble y las condiciones razonablemente necesarias para ejecutar los trabajos.</w:t>
      </w:r>
    </w:p>
    <w:p>
      <w:r>
        <w:t>Horarios, acceso, suministros y condiciones especiales: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pPr>
        <w:pStyle w:val="Heading1"/>
      </w:pPr>
      <w:r>
        <w:t>11. PROTECCIÓN, LIMPIEZA Y RESIDUOS</w:t>
      </w:r>
    </w:p>
    <w:p>
      <w:r>
        <w:rPr>
          <w:b/>
        </w:rPr>
        <w:t>Protecciones especiales acordadas: ______________________________________________________</w:t>
      </w:r>
    </w:p>
    <w:p>
      <w:r>
        <w:rPr>
          <w:b w:val="0"/>
        </w:rPr>
        <w:t>Limpieza final incluida: ☐ Sí ☐ No    Retirada de residuos: ☐ Sí ☐ No</w:t>
      </w:r>
    </w:p>
    <w:p>
      <w:r>
        <w:rPr>
          <w:b w:val="0"/>
        </w:rPr>
        <w:t>La gestión de residuos se realizará conforme a las obligaciones que correspondan a la obra y a la normativa aplicable.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PROTECCIÓN DE ZONAS / ELEMENTOS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LIMPIEZA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RETIRADA / GESTIÓN DE RESIDUOS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pPr>
        <w:pStyle w:val="Heading1"/>
      </w:pPr>
      <w:r>
        <w:t>12. OBLIGACIONES DEL CLIENTE</w:t>
      </w:r>
    </w:p>
    <w:p>
      <w:r>
        <w:rPr>
          <w:b/>
        </w:rPr>
        <w:t>Facilitar acceso al inmueble y disponer de las autorizaciones que sean de su responsabilidad.</w:t>
      </w:r>
    </w:p>
    <w:p>
      <w:r>
        <w:rPr>
          <w:b w:val="0"/>
        </w:rPr>
        <w:t>Comunicar instrucciones a través de las personas designadas y responder en un plazo razonable a decisiones que afecten al avance de la obra.</w:t>
      </w:r>
    </w:p>
    <w:p>
      <w:r>
        <w:rPr>
          <w:b w:val="0"/>
        </w:rPr>
        <w:t>No encargar directamente a trabajadores o colaboradores del profesional trabajos que alteren el alcance contratado sin coordinación con el responsable de la obra.</w:t>
      </w:r>
    </w:p>
    <w:p>
      <w:pPr>
        <w:pStyle w:val="ListBullet"/>
      </w:pPr>
      <w:r>
        <w:t>Facilitar acceso e información necesaria.</w:t>
      </w:r>
    </w:p>
    <w:p>
      <w:pPr>
        <w:pStyle w:val="ListBullet"/>
      </w:pPr>
      <w:r>
        <w:t>Realizar los pagos en las condiciones pactadas.</w:t>
      </w:r>
    </w:p>
    <w:p>
      <w:pPr>
        <w:pStyle w:val="ListBullet"/>
      </w:pPr>
      <w:r>
        <w:t>Comunicar decisiones sobre materiales, acabados y cambios dentro de los plazos acordados.</w:t>
      </w:r>
    </w:p>
    <w:p>
      <w:pPr>
        <w:pStyle w:val="ListBullet"/>
      </w:pPr>
      <w:r>
        <w:t>Informar, cuando las conozca, de circunstancias del inmueble que puedan afectar a la obra.</w:t>
      </w:r>
    </w:p>
    <w:p>
      <w:pPr>
        <w:pStyle w:val="Heading1"/>
      </w:pPr>
      <w:r>
        <w:t>13. OBLIGACIONES DEL PROFESIONAL</w:t>
      </w:r>
    </w:p>
    <w:p>
      <w:r>
        <w:rPr>
          <w:b/>
        </w:rPr>
        <w:t>Ejecutar los trabajos contratados con la diligencia profesional exigible y conforme a las especificaciones acordadas.</w:t>
      </w:r>
    </w:p>
    <w:p>
      <w:r>
        <w:rPr>
          <w:b w:val="0"/>
        </w:rPr>
        <w:t>Informar de incidencias relevantes que afecten al alcance, coste o plazo cuando sean conocidas.</w:t>
      </w:r>
    </w:p>
    <w:p>
      <w:r>
        <w:rPr>
          <w:b w:val="0"/>
        </w:rPr>
        <w:t>Cumplir las obligaciones laborales, preventivas y administrativas que le correspondan según su intervención en la obra.</w:t>
      </w:r>
    </w:p>
    <w:p>
      <w:pPr>
        <w:pStyle w:val="ListBullet"/>
      </w:pPr>
      <w:r>
        <w:t>Ejecutar los trabajos conforme al contrato, presupuesto y anexos aceptados.</w:t>
      </w:r>
    </w:p>
    <w:p>
      <w:pPr>
        <w:pStyle w:val="ListBullet"/>
      </w:pPr>
      <w:r>
        <w:t>Informar de circunstancias relevantes que afecten al alcance, precio o plazo.</w:t>
      </w:r>
    </w:p>
    <w:p>
      <w:pPr>
        <w:pStyle w:val="ListBullet"/>
      </w:pPr>
      <w:r>
        <w:t>Documentar, cuando proceda, las modificaciones y trabajos adicionales acordados.</w:t>
      </w:r>
    </w:p>
    <w:p>
      <w:pPr>
        <w:pStyle w:val="Heading1"/>
      </w:pPr>
      <w:r>
        <w:t>14. FINALIZACIÓN Y ENTREGA</w:t>
      </w:r>
    </w:p>
    <w:p>
      <w:r>
        <w:rPr>
          <w:b/>
        </w:rPr>
        <w:t>La entrega podrá documentarse mediante el Acta de Finalización y Recepción incorporada al presente modelo.</w:t>
      </w:r>
    </w:p>
    <w:p>
      <w:r>
        <w:rPr>
          <w:b w:val="0"/>
        </w:rPr>
        <w:t>Incidencias o repasos pendientes: ________________________________________________________</w:t>
      </w:r>
    </w:p>
    <w:p>
      <w:r>
        <w:rPr>
          <w:b w:val="0"/>
        </w:rPr>
        <w:t>Fecha prevista para su subsanación: ____ / ____ / ______</w:t>
      </w:r>
    </w:p>
    <w:p>
      <w:r>
        <w:t>A la finalización de los trabajos, las partes podrán dejar constancia de la entrega y de los trabajos pendientes, repasos o incidencias.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FECHA DE ENTREGA / FINALIZACIÓN</w:t>
            </w:r>
          </w:p>
        </w:tc>
        <w:tc>
          <w:tcPr>
            <w:tcW w:type="dxa" w:w="4986"/>
          </w:tcPr>
          <w:p>
            <w:r>
              <w:t>____ / ____ / ______</w:t>
            </w:r>
          </w:p>
        </w:tc>
      </w:tr>
      <w:tr>
        <w:tc>
          <w:tcPr>
            <w:tcW w:type="dxa" w:w="4986"/>
          </w:tcPr>
          <w:p>
            <w:r>
              <w:t>OBSERVACIONES / PENDIENTES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pPr>
        <w:pStyle w:val="Heading1"/>
      </w:pPr>
      <w:r>
        <w:t>15. GARANTÍAS Y RESPONSABILIDADES</w:t>
      </w:r>
    </w:p>
    <w:p>
      <w:r>
        <w:rPr>
          <w:b/>
        </w:rPr>
        <w:t>Las garantías, responsabilidades y plazos aplicables serán los que correspondan legalmente a la naturaleza de los trabajos, materiales, productos y condición del cliente, además de las garantías comerciales que procedan.</w:t>
      </w:r>
    </w:p>
    <w:p>
      <w:r>
        <w:rPr>
          <w:b w:val="0"/>
        </w:rPr>
        <w:t>Garantías comerciales de fabricantes/proveedores entregadas al cliente: ☐ Sí ☐ No ☐ No aplica</w:t>
      </w:r>
    </w:p>
    <w:p>
      <w:r>
        <w:rPr>
          <w:b w:val="0"/>
        </w:rPr>
        <w:t>No se establece mediante este modelo un plazo genérico de garantía que pueda resultar inaplicable al caso concreto.</w:t>
      </w:r>
    </w:p>
    <w:p>
      <w:r>
        <w:t>La ejecución queda sujeta a las garantías y responsabilidades legalmente aplicables según la naturaleza de los trabajos y la condición de las partes. Ninguna cláusula pretende limitar derechos de carácter imperativo.</w:t>
      </w:r>
    </w:p>
    <w:p>
      <w:pPr>
        <w:pStyle w:val="Heading1"/>
      </w:pPr>
      <w:r>
        <w:t>16. TERMINACIÓN ANTICIPADA Y RESOLUCIÓN</w:t>
      </w:r>
    </w:p>
    <w:p>
      <w:r>
        <w:rPr>
          <w:b/>
        </w:rPr>
        <w:t>En caso de suspensión, desistimiento, incumplimiento o resolución, se recomienda dejar constancia por escrito de la situación de la obra, trabajos ejecutados, materiales adquiridos, importes pendientes y documentación entregada.</w:t>
      </w:r>
    </w:p>
    <w:p>
      <w:r>
        <w:rPr>
          <w:b w:val="0"/>
        </w:rPr>
        <w:t>Cualquier derecho de desistimiento o resolución reconocido legalmente al consumidor se respetará conforme a la normativa aplicable.</w:t>
      </w:r>
    </w:p>
    <w:p>
      <w:r>
        <w:t>La terminación anticipada o resolución se regirá por lo pactado y por la normativa aplicable. Cuando proceda, se documentarán fecha, trabajos ejecutados, materiales suministrados, cantidades abonadas y cantidades pendientes.</w:t>
      </w:r>
    </w:p>
    <w:p>
      <w:pPr>
        <w:pStyle w:val="Heading1"/>
      </w:pPr>
      <w:r>
        <w:t>17. DOCUMENTACIÓN CONTRACTUAL</w:t>
      </w:r>
    </w:p>
    <w:p>
      <w:r>
        <w:rPr>
          <w:b/>
        </w:rPr>
        <w:t>ANEXOS</w:t>
      </w:r>
    </w:p>
    <w:p>
      <w:r>
        <w:rPr>
          <w:b w:val="0"/>
        </w:rPr>
        <w:t>☐ Presupuesto aceptado    ☐ Memoria/mediciones    ☐ Planos    ☐ Relación de materiales</w:t>
      </w:r>
    </w:p>
    <w:p>
      <w:r>
        <w:rPr>
          <w:b w:val="0"/>
        </w:rPr>
        <w:t>☐ Presupuestos de extras aceptados    ☐ Fotografías/estado inicial    ☐ Otros: ________________</w:t>
      </w:r>
    </w:p>
    <w:p>
      <w:pPr>
        <w:pStyle w:val="ListBullet"/>
      </w:pPr>
      <w:r>
        <w:t>Anexo I: Presupuesto aceptado.</w:t>
      </w:r>
    </w:p>
    <w:p>
      <w:pPr>
        <w:pStyle w:val="ListBullet"/>
      </w:pPr>
      <w:r>
        <w:t>Anexo II: Planos, mediciones o relación de materiales, cuando proceda.</w:t>
      </w:r>
    </w:p>
    <w:p>
      <w:pPr>
        <w:pStyle w:val="ListBullet"/>
      </w:pPr>
      <w:r>
        <w:t>Anexo III: Presupuestos adicionales / modificaciones aceptadas, cuando proceda.</w:t>
      </w:r>
    </w:p>
    <w:p>
      <w:pPr>
        <w:pStyle w:val="ListBullet"/>
      </w:pPr>
      <w:r>
        <w:t>Otros: ________________________________________________</w:t>
      </w:r>
    </w:p>
    <w:p>
      <w:r>
        <w:t>Las partes declaran haber recibido o tenido acceso a la documentación incorporada y haber podido conocer su contenido antes de aceptarla.</w:t>
      </w:r>
    </w:p>
    <w:p>
      <w:pPr>
        <w:pStyle w:val="Heading1"/>
      </w:pPr>
      <w:r>
        <w:t>18. CONTRATACIÓN CON CONSUMIDORES</w:t>
      </w:r>
    </w:p>
    <w:p>
      <w:r>
        <w:t>Cuando el cliente tenga la condición de consumidor, se aplicarán las normas de protección que correspondan. Si el contrato se celebra a distancia o fuera del establecimiento, deberán cumplirse las obligaciones legales de información, confirmación y, cuando proceda, desistimiento.</w:t>
      </w:r>
    </w:p>
    <w:p>
      <w:r>
        <w:t>Si el consumidor solicita que el servicio comience durante el periodo legal de desistimiento, deberán documentarse las solicitudes y declaraciones que legalmente correspondan. Este modelo no determina por sí solo si existe derecho de desistimiento en un caso concreto.</w:t>
      </w:r>
    </w:p>
    <w:p>
      <w:pPr>
        <w:pStyle w:val="Heading1"/>
      </w:pPr>
      <w:r>
        <w:t>19. COMUNICACIONES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MEDIO DEL PROFESIONAL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MEDIO DEL CLIENTE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pPr>
        <w:pStyle w:val="Heading1"/>
      </w:pPr>
      <w:r>
        <w:t>20. ACEPTACIÓN Y FIRMA</w:t>
      </w:r>
    </w:p>
    <w:p>
      <w:r>
        <w:t>Las partes manifiestan que han leído el contrato y la documentación incorporada, comprenden su contenido y aceptan las condiciones pactadas, sin perjuicio de los derechos reconocidos por la normativa aplicable.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LUGAR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FECHA</w:t>
            </w:r>
          </w:p>
        </w:tc>
        <w:tc>
          <w:tcPr>
            <w:tcW w:type="dxa" w:w="4986"/>
          </w:tcPr>
          <w:p>
            <w:r>
              <w:t>____ / ____ / ______</w:t>
            </w:r>
          </w:p>
        </w:tc>
      </w:tr>
      <w:tr>
        <w:tc>
          <w:tcPr>
            <w:tcW w:type="dxa" w:w="4986"/>
          </w:tcPr>
          <w:p>
            <w:r>
              <w:t>FIRMA DEL PROFESIONAL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FIRMA DEL CLIENTE</w:t>
            </w:r>
          </w:p>
        </w:tc>
        <w:tc>
          <w:tcPr>
            <w:tcW w:type="dxa" w:w="4986"/>
          </w:tcPr>
          <w:p>
            <w:r>
              <w:t>_______________________________________________</w:t>
            </w:r>
          </w:p>
        </w:tc>
      </w:tr>
    </w:tbl>
    <w:p>
      <w:r>
        <w:rPr>
          <w:b/>
        </w:rPr>
        <w:t>IMPORTANTE — MODELO GRATUITO REFORMASPRO</w:t>
      </w:r>
    </w:p>
    <w:p>
      <w:r>
        <w:t>Esta plantilla es orientativa y debe adaptarse a cada obra, al tipo de cliente y a la normativa aplicable. No sustituye el asesoramiento jurídico. En contratos con consumidores pueden existir obligaciones específicas según cómo y dónde se haya contratado el servicio. Para obras complejas, con proyecto técnico, elementos estructurales o circunstancias jurídicas particulares, se recomienda revisión profesional.</w:t>
      </w:r>
    </w:p>
    <w:p/>
    <w:p/>
    <w:p/>
    <w:p/>
    <w:p/>
    <w:p/>
    <w:p/>
    <w:p/>
    <w:p/>
    <w:p/>
    <w:p/>
    <w:p/>
    <w:p/>
    <w:p/>
    <w:p/>
    <w:p/>
    <w:p/>
    <w:p>
      <w:r>
        <w:br w:type="page"/>
      </w:r>
    </w:p>
    <w:p>
      <w:pPr>
        <w:pStyle w:val="Heading2"/>
      </w:pPr>
      <w:r>
        <w:rPr>
          <w:b/>
        </w:rPr>
        <w:t>ACTA DE FINALIZACIÓN Y RECEPCIÓN DE LA OBRA</w:t>
      </w:r>
    </w:p>
    <w:p>
      <w:pPr>
        <w:spacing w:before="80" w:after="80"/>
      </w:pPr>
      <w:r>
        <w:t>Obra / dirección: _____________________________________________________________________</w:t>
      </w:r>
    </w:p>
    <w:p>
      <w:pPr>
        <w:spacing w:before="80" w:after="80"/>
      </w:pPr>
      <w:r>
        <w:t>Fecha de finalización: ____ / ____ / ______</w:t>
      </w:r>
    </w:p>
    <w:p>
      <w:pPr>
        <w:spacing w:before="80" w:after="80"/>
      </w:pPr>
      <w:r>
        <w:t>La obra se entrega:  ☐ Conforme  ☐ Con observaciones pendientes</w:t>
      </w:r>
    </w:p>
    <w:p>
      <w:pPr>
        <w:spacing w:before="80" w:after="80"/>
      </w:pPr>
      <w:r>
        <w:t>Trabajos pendientes, si los hubiera: __________________________________________________</w:t>
      </w:r>
    </w:p>
    <w:p>
      <w:pPr>
        <w:spacing w:before="80" w:after="80"/>
      </w:pPr>
      <w:r>
        <w:t>______________________________________________________________________________________</w:t>
      </w:r>
    </w:p>
    <w:p>
      <w:pPr>
        <w:spacing w:before="80" w:after="80"/>
      </w:pPr>
      <w:r>
        <w:t>Observaciones del cliente: ____________________________________________________________</w:t>
      </w:r>
    </w:p>
    <w:p>
      <w:pPr>
        <w:spacing w:before="80" w:after="80"/>
      </w:pPr>
      <w:r>
        <w:t>______________________________________________________________________________________</w:t>
      </w:r>
    </w:p>
    <w:p>
      <w:pPr>
        <w:spacing w:before="80" w:after="80"/>
      </w:pPr>
      <w:r>
        <w:t>Documentación entregada:  ☐ Facturas  ☐ Garantías/documentación de productos  ☐ Otros: __________</w:t>
      </w:r>
    </w:p>
    <w:p>
      <w:pPr>
        <w:spacing w:before="80" w:after="80"/>
      </w:pPr>
      <w:r>
        <w:t>Firma del cliente: ______________________________    Fecha: ____ / ____ / ______</w:t>
      </w:r>
    </w:p>
    <w:p>
      <w:pPr>
        <w:spacing w:before="80" w:after="80"/>
      </w:pPr>
      <w:r>
        <w:t>Firma del profesional: ___________________________    Fecha: ____ / ____ / ______</w:t>
      </w:r>
    </w:p>
    <w:p/>
    <w:p>
      <w:r>
        <w:rPr>
          <w:b/>
        </w:rPr>
        <w:t>NOTA IMPORTANTE</w:t>
      </w:r>
      <w:r>
        <w:br/>
        <w:t>Este documento es un modelo orientativo elaborado para profesionales del sector de reformas y construcción. Debe adaptarse a las características de cada obra, cliente y modalidad de contratación. No sustituye el asesoramiento jurídico profesional ni la documentación específica que pueda resultar exigible en determinados supuestos, especialmente en contratos celebrados con consumidores fuera del establecimiento o a distancia.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br w:type="page"/>
      </w:r>
    </w:p>
    <w:p>
      <w:r>
        <w:rPr>
          <w:b/>
          <w:sz w:val="32"/>
        </w:rPr>
        <w:t>CHECKLIST ANTES DE FIRMAR</w:t>
      </w:r>
    </w:p>
    <w:p>
      <w:r>
        <w:t>☐ Identidad y datos de ambas partes completos.</w:t>
      </w:r>
    </w:p>
    <w:p>
      <w:r>
        <w:t>☐ Dirección y descripción de la obra completas.</w:t>
      </w:r>
    </w:p>
    <w:p>
      <w:r>
        <w:t>☐ Presupuesto identificado y aceptado.</w:t>
      </w:r>
    </w:p>
    <w:p>
      <w:r>
        <w:t>☐ Base imponible, IVA y total comprobados.</w:t>
      </w:r>
    </w:p>
    <w:p>
      <w:r>
        <w:t>☐ Forma y calendario de pagos definidos.</w:t>
      </w:r>
    </w:p>
    <w:p>
      <w:r>
        <w:t>☐ Trabajos incluidos y excluidos revisados.</w:t>
      </w:r>
    </w:p>
    <w:p>
      <w:r>
        <w:t>☐ Materiales y calidades definidos.</w:t>
      </w:r>
    </w:p>
    <w:p>
      <w:r>
        <w:t>☐ Plazo y condiciones de inicio revisados.</w:t>
      </w:r>
    </w:p>
    <w:p>
      <w:r>
        <w:t>☐ Licencias, permisos y tasas asignados.</w:t>
      </w:r>
    </w:p>
    <w:p>
      <w:r>
        <w:t>☐ Procedimiento para extras y modificaciones explicado.</w:t>
      </w:r>
    </w:p>
    <w:p>
      <w:r>
        <w:t>☐ Anexos incorporados y numerados.</w:t>
      </w:r>
    </w:p>
    <w:p>
      <w:r>
        <w:t>☐ Copia del contrato entregada a ambas partes.</w:t>
      </w:r>
    </w:p>
    <w:p>
      <w:r>
        <w:rPr>
          <w:b/>
        </w:rPr>
        <w:t>RECOMENDACIÓN DE USO</w:t>
      </w:r>
    </w:p>
    <w:p>
      <w:r>
        <w:t>Completa todos los campos relevantes antes de firmar y conserva junto al contrato el presupuesto, anexos y aceptaciones de modificaciones. En contratación con consumidores, revisa además la información precontractual y los requisitos específicos que correspondan a la forma de contratación.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ReformasPro · Modelo profesional y orientativo de contrato de obra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